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המפה החברתית בכיתה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סמלי המפה החברתית ולהבין מה כל סמל מייצג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בחירה הדדית לבחירה חד-כיוונית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דרכים לחיזוק תחושת השייכות והחוסן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תלמיד/ה שנבחר/ה הכי הרבה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בחירה הדדית - שני התלמידים בחרו זה בזה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תלמיד/ה שלא נבחר/ה על ידי 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בחירה חד-כיוונית - רק צד אחד 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כדי לשמור על פרטיות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עד 3 בחירות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המפה נשמרת רק במכשיר המקומי ולא נשלחת לשום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שומרים על פרטיות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כוכב זהב מסמן את מי שנבחר/ה הכי הרבה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קו ירוק מראה ששני התלמידים בחרו זה בזה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מטרת המפה היא לעזור בתכנון פעולות לחיזוק קשרים ושייכות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פעולות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סמלים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(תלמיד/ה שנבחר/ה הכי הרבה)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(בחירה הדדית בין שני 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(תלמיד/ה שלא נבחר/ה כלל)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(בחירה חד-כיוונית)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(שמירה על פרטיות המידע)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לשמור על פרטיות התלמידים ולא לחשוף מי בחר במי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פעולות כגון שיבוץ בקבוצת עבודה, פעילות גיבוש, שיחה אישית עם היועצת - התשובה צריכה להציע דרך קונקרטית וחיובית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המבטאת הבנה של תחושת אי-שייכות ורעיון לפתרון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 ירוק מסמן בחירה הדדית - שני תלמידים בחרו זה בזה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פרטיות התלמידים ולמנוע חשיפת מידע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שיבוץ בפעילות קבוצתית, שיחה אישית או עידוד חברים להתקרב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להסביר את המושגים לפני פתיחת הדיון על המפה האמיתית של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על מפה לדוגמה לפני שמשתמשים בנתונים אמיתיים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לשמור על רגישות ודיסקרטיות בעת דיון בתוצאות, ולערב את היועצת החינוכית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המפה החברתית בכיתה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בכיתה בונים מפה שמראה מי חבר של מי. במקום שמות משתמשים במספרים. המפה עוזרת להבין מי צריך עזרה בלהרגיש שייך.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מפה חברתית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שמראה את הקשרים בין התלמידים בכיתה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בחירה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תלמידים בחרו זה בזה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בחירה חד-כיוונית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 אחד בחר אבל השני לא בחר בחזרה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קוד תלמיד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שמייצג תלמיד במקום השם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של להיות חלק מהקבוצה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 חברתי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של הכיתה להתמודד יחד עם קשיים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על מידע אישי בלי לחשוף אותו לאחרים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יועצת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 מקצוע שעוזר להבין את המפה ולתכנן פעולות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כוכב זהב?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תלמיד/ה שנבחר/ה הכי הרבה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תלמיד/ה שלא נבחר/ה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תלמיד/ה שבחר/ה בעצמו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תלמיד/ה חדש/ה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אומר קו ירוק?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בחירה הדדית - שני התלמידים בחרו זה בזה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בחירה חד-צדדית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קשר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טעות בהזנת הנתונים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אומרת מסגרת אדומה?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תלמיד/ה שלא נבחר/ה על ידי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תלמיד/ה שנבחר/ה הכי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תלמיד/ה שבחר/ה בשלושה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תלמיד/ה שנעדר/ה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חץ אפור?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בחירה חד-כיוונית - רק צד אחד בחר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בחירה הדדית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תלמידים שלא מכירים זה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טעות בתוכנה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יש קודים ולא שמות?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לשמור על פרטיות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קשה לזכור 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שהמפה תהיה יפה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המורה לא מכיר/ה 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פעמים אפשר לבחור חבר במפה?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3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5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בחירה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ללא הגבלה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המפה החברתית נשלחת לשרת חיצוני כדי שישמרו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רשימת הקודים והשמות צריך לשמור בנפרד ובמקום בטוח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כוכב זהב ניתן לתלמיד/ה שלא נבחר/ה על ידי 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בחירה הדדית מסומנת בקו ירוק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המפה היא לדרג תלמידים לפי פופולריות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המפה החברתית נשמרת רק ב__________ ולא נשלחת לשום 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קו __________ מציין בחירה הדדית בין שני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מסגרת __________ מסביב לקוד מציינת תלמיד/ה שלא נבחר/ה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השימוש בכלי יש להחליף שמות תלמידים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קריאת המפה מומלץ לתכנן __________ לחיזוק קשרים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סמלים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⭐ כוכב 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שמירה על פרטיות המידע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🟢 קו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בחירה חד-כיוונית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⭕ מסגרת אדומה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תלמיד/ה שנבחר/ה הכי הרבה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➡️ חץ אפור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תלמיד/ה שלא נבחר/ה כלל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🔒 מנעול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בחירה הדדית בין שני תלמידים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להשתמש בקודים ולא בשמות בעת מילוי השאלון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הציעו שתי פעולות שהכיתה יכולה לעשות כדי לחזק תלמיד/ה שמופיע/ה עם מסגרת אדומה במפה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מה הייתם מרגישים אם הייתם מופיעים במפה עם מסגרת אדומה, ומה יכול לעזור לכם להרגיש יותר שייכים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מסמן קו ירוק במפה החברתית?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לשמור את רשימת הקודים בנפרד מהמפה עצמה?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פעולה אחת שיכולה לעזור לתלמיד/ה שלא נבחר/ה במפה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המפה החברתית בכיתה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