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המפה החברתית ולהבין מה כל 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בחירה הדדית לבחירה חד-כיוונית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לחיזוק תחושת השייכות והחוסן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תלמיד/ה שנבחר/ה הכי הרבה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בחירה הדדית - שני התלמידים בחרו זה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תלמיד/ה שלא נבחר/ה על ידי אף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המפה נשמרת רק במכשיר המקומי ולא נשלחת לשום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פרטיות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כוכב זהב מסמן את מי שנבחר/ה הכי הרבה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(תלמיד/ה שנבחר/ה הכי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(בחירה הדדית בין שני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(תלמיד/ה שלא נבחר/ה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(בחירה חד-כיוונית)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פרטיות התלמידים ולא לחשוף מי בחר במי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ירוק מסמן בחירה הדדית - שני תלמידים בחרו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פרטיות התלמידים ולמנוע חשיפת מידע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שיבוץ בפעילות קבוצתית, שיחה אישית או עידוד חברים להתקרב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פתיחת הדיון על המפה האמיתית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על מפה לדוגמה לפני שמשתמשים בנתונים אמיתיים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רגישות ודיסקרטיות בעת דיון בתוצאות, ולערב את היועצת החינוכית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בכיתה אפשר לבנות מפה חברתית שמראה מי קשור למי, בעזרת קודים במקום שמות. המפה עוזרת למורה ולתלמידים להבין את מערכת היחסים בכיתה ולתכנן דרכים לחיזוק הקשרים.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אדומה  ·  ירוק  ·  מכשיר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מסמן הכוכב הזהוב במפה החברתית?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תלמיד/ה שנבחר/ה הכי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תלמיד/ה שלא נבחר/ה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תלמיד/ה שבחר/ה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קו ירוק בין שני קודים?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בחירה הדדית - שני התלמידים בחרו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בחירה חד-צדדית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מסמנת מסגרת אדומה סביב 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תלמיד/ה שלא נבחר/ה על ידי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תלמיד/ה שנבחר/ה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תלמיד/ה שבחר/ה בשלושה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המפה החברתית נשלחת לשרת חיצוני כדי שישמרו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רשימת הקודים והשמות צריך לשמור בנפרד ובמקום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כוכב זהב ניתן לתלמיד/ה שלא נבחר/ה על ידי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המפה החברתית נשמרת רק ב__________ ולא נשלחת לשום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 __________ מציין בחירה הדדית בין שני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מסגרת __________ מסביב לקוד מציינת תלמיד/ה שלא נבחר/ה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⭐ כוכב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תלמיד/ה שלא נבחר/ה כלל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🟢 קו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תלמיד/ה שנבחר/ה הכי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⭕ מסגרת אדומה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בחירה חד-כיוונית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➡️ חץ אפור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בחירה הדדית בין שני 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להשתמש בקודים ולא בשמות בעת מילוי השאלון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מסמן קו ירוק במפה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לשמור את רשימת הקודים בנפרד מהמפה עצמה?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החברתית בכיתה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